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7791F"/>
          <w:sz w:val="18"/>
        </w:rPr>
        <w:t>FIELDPIX</w:t>
      </w:r>
    </w:p>
    <w:p>
      <w:pPr>
        <w:pStyle w:val="Heading1"/>
      </w:pPr>
      <w:r>
        <w:t>Change order</w:t>
      </w:r>
    </w:p>
    <w:p>
      <w:r>
        <w:rPr>
          <w:color w:val="6B7280"/>
        </w:rPr>
        <w:t>fieldpix.org/guides/change-order-template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Change order # and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Project</w:t>
            </w:r>
          </w:p>
        </w:tc>
        <w:tc>
          <w:tcPr>
            <w:tcW w:type="dxa" w:w="4320"/>
          </w:tcPr>
          <w:p>
            <w:r>
              <w:t>[name and address]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Client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Original contract</w:t>
            </w:r>
          </w:p>
        </w:tc>
        <w:tc>
          <w:tcPr>
            <w:tcW w:type="dxa" w:w="4320"/>
          </w:tcPr>
          <w:p>
            <w:r>
              <w:t>[date or number]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The change</w:t>
            </w:r>
          </w:p>
        </w:tc>
        <w:tc>
          <w:tcPr>
            <w:tcW w:type="dxa" w:w="4320"/>
          </w:tcPr>
          <w:p>
            <w:r>
              <w:t>[what is added, removed or done differently, where, with what materials]</w:t>
            </w:r>
          </w:p>
          <w:p/>
          <w:p/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Why</w:t>
            </w:r>
          </w:p>
        </w:tc>
        <w:tc>
          <w:tcPr>
            <w:tcW w:type="dxa" w:w="4320"/>
          </w:tcPr>
          <w:p>
            <w:r>
              <w:t>[client request, hidden condition, code or inspector, design change]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Price of this change</w:t>
            </w:r>
          </w:p>
        </w:tc>
        <w:tc>
          <w:tcPr>
            <w:tcW w:type="dxa" w:w="4320"/>
          </w:tcPr>
          <w:p>
            <w:r>
              <w:t>[labor, materials, other, total]</w:t>
            </w:r>
          </w:p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New contract total</w:t>
            </w:r>
          </w:p>
        </w:tc>
        <w:tc>
          <w:tcPr>
            <w:tcW w:type="dxa" w:w="4320"/>
          </w:tcPr>
          <w:p>
            <w:r>
              <w:t>[original + earlier change orders + this change]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Schedule</w:t>
            </w:r>
          </w:p>
        </w:tc>
        <w:tc>
          <w:tcPr>
            <w:tcW w:type="dxa" w:w="4320"/>
          </w:tcPr>
          <w:p>
            <w:r>
              <w:t>[days added or saved, new completion date]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Payment</w:t>
            </w:r>
          </w:p>
        </w:tc>
        <w:tc>
          <w:tcPr>
            <w:tcW w:type="dxa" w:w="4320"/>
          </w:tcPr>
          <w:p>
            <w:r>
              <w:t>[with the next payment, or a deposit before the work]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Photos and attachments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Approved by the client</w:t>
            </w:r>
          </w:p>
        </w:tc>
        <w:tc>
          <w:tcPr>
            <w:tcW w:type="dxa" w:w="4320"/>
          </w:tcPr>
          <w:p>
            <w:r>
              <w:t>[signature and date]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Approved by the contractor</w:t>
            </w:r>
          </w:p>
        </w:tc>
        <w:tc>
          <w:tcPr>
            <w:tcW w:type="dxa" w:w="4320"/>
          </w:tcPr>
          <w:p>
            <w:r>
              <w:t>[signature and date]</w:t>
            </w:r>
          </w:p>
        </w:tc>
      </w:tr>
    </w:tbl>
    <w:p>
      <w:pPr>
        <w:jc w:val="center"/>
      </w:pPr>
      <w:r>
        <w:rPr>
          <w:color w:val="6B7280"/>
          <w:sz w:val="16"/>
        </w:rPr>
        <w:t>Free template from fieldpix.org. FieldPix can write this for you from a walkthrough on site.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order</dc:title>
  <dc:subject/>
  <dc:creator>FieldPix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