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Construction daily log</w:t>
      </w:r>
    </w:p>
    <w:p>
      <w:r>
        <w:rPr>
          <w:color w:val="6B7280"/>
        </w:rPr>
        <w:t>fieldpix.org/guides/construction-daily-log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Job</w:t>
            </w:r>
          </w:p>
        </w:tc>
        <w:tc>
          <w:tcPr>
            <w:tcW w:type="dxa" w:w="4320"/>
          </w:tcPr>
          <w:p>
            <w:r>
              <w:t>[name and address]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Written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Weather</w:t>
            </w:r>
          </w:p>
        </w:tc>
        <w:tc>
          <w:tcPr>
            <w:tcW w:type="dxa" w:w="4320"/>
          </w:tcPr>
          <w:p>
            <w:r>
              <w:t>[morning / afternoon]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Crew</w:t>
            </w:r>
          </w:p>
        </w:tc>
        <w:tc>
          <w:tcPr>
            <w:tcW w:type="dxa" w:w="4320"/>
          </w:tcPr>
          <w:p>
            <w:r>
              <w:t>[names or count, trade, hours]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Subcontractors</w:t>
            </w:r>
          </w:p>
        </w:tc>
        <w:tc>
          <w:tcPr>
            <w:tcW w:type="dxa" w:w="4320"/>
          </w:tcPr>
          <w:p>
            <w:r>
              <w:t>[company, crew size, hours]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Work completed</w:t>
            </w:r>
          </w:p>
        </w:tc>
        <w:tc>
          <w:tcPr>
            <w:tcW w:type="dxa" w:w="4320"/>
          </w:tcPr>
          <w:p>
            <w:r>
              <w:t>[by area: what was done]</w:t>
            </w:r>
          </w:p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Deliveries</w:t>
            </w:r>
          </w:p>
        </w:tc>
        <w:tc>
          <w:tcPr>
            <w:tcW w:type="dxa" w:w="4320"/>
          </w:tcPr>
          <w:p>
            <w:r>
              <w:t>[what arrived, from whom, any problems]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Equipment</w:t>
            </w:r>
          </w:p>
        </w:tc>
        <w:tc>
          <w:tcPr>
            <w:tcW w:type="dxa" w:w="4320"/>
          </w:tcPr>
          <w:p>
            <w:r>
              <w:t>[on site, any breakdowns]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Visitors and inspections</w:t>
            </w:r>
          </w:p>
        </w:tc>
        <w:tc>
          <w:tcPr>
            <w:tcW w:type="dxa" w:w="4320"/>
          </w:tcPr>
          <w:p>
            <w:r>
              <w:t>[who, why, result]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Delays</w:t>
            </w:r>
          </w:p>
        </w:tc>
        <w:tc>
          <w:tcPr>
            <w:tcW w:type="dxa" w:w="4320"/>
          </w:tcPr>
          <w:p>
            <w:r>
              <w:t>[what, how long, cause]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Changes and instructions</w:t>
            </w:r>
          </w:p>
        </w:tc>
        <w:tc>
          <w:tcPr>
            <w:tcW w:type="dxa" w:w="4320"/>
          </w:tcPr>
          <w:p>
            <w:r>
              <w:t>[what, from whom, in writing yes or no]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Safety</w:t>
            </w:r>
          </w:p>
        </w:tc>
        <w:tc>
          <w:tcPr>
            <w:tcW w:type="dxa" w:w="4320"/>
          </w:tcPr>
          <w:p>
            <w:r>
              <w:t>[incidents, near misses, talks]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Tomorrow</w:t>
            </w:r>
          </w:p>
        </w:tc>
        <w:tc>
          <w:tcPr>
            <w:tcW w:type="dxa" w:w="4320"/>
          </w:tcPr>
          <w:p>
            <w:r>
              <w:t>[planned work, what is needed]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Photos</w:t>
            </w:r>
          </w:p>
        </w:tc>
        <w:tc>
          <w:tcPr>
            <w:tcW w:type="dxa" w:w="4320"/>
          </w:tcPr>
          <w:p>
            <w:r>
              <w:t>[attached or where they are kept]</w:t>
            </w:r>
          </w:p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daily log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