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Fotos de la instalación solar</w:t>
      </w:r>
    </w:p>
    <w:p>
      <w:r>
        <w:rPr>
          <w:color w:val="6B7280"/>
        </w:rPr>
        <w:t>fieldpix.org/es/solar</w:t>
      </w:r>
    </w:p>
    <w:p>
      <w:r>
        <w:t>Trabajo / dirección: ______________________________</w:t>
      </w:r>
    </w:p>
    <w:p>
      <w:r>
        <w:t>Instalador: ______________________________</w:t>
      </w:r>
    </w:p>
    <w:p>
      <w:r>
        <w:t>Fecha: ______________________________</w:t>
      </w:r>
    </w:p>
    <w:p>
      <w:r>
        <w:t>Tamaño del sistema: ______________________________</w:t>
      </w:r>
    </w:p>
    <w:p>
      <w:pPr>
        <w:pStyle w:val="Heading2"/>
      </w:pPr>
      <w:r>
        <w:t>Antes del trabajo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Frente de la casa con el número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Todo el techo antes del trabajo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Estado del techo de cerca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Daños existentes en el techo o la propiedad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Fijaciones y estructura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Cada punto de fijación, en cada paso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Estructura de cada arreglo (arreglos numerados)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Ruta de puesta a tierra y conexión equipotencial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Abrazaderas de extremo y centrales bien ajustadas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Manejo de cables debajo de cada fila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Arreglo terminado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Foto de lejos de cada arreglo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Inclinación y azimut con la herramienta en la foto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Altura de los paneles sobre el techo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Retiros y pasillos contra incendios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Conducto del techo sobre soportes y su tapajuntas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Etiquetas y números de serie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Etiqueta del módulo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Etiqueta y serie del optimizador, microinversor o RSD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Mapa de dispositivos o de strings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Número de serie del inversor o gateway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Electricidad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Cajas de conexión, abiertas y cerradas, con etiquetas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Conductos exteriores y penetraciones selladas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Desconectador de CA, por dentro y por fuera, etiquetas y fusibles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Panel principal, por dentro y por fuera, con etiquetas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Medidor con sus etiquetas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Varilla de tierra y conexión a la tubería de agua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Foto de lejos de todo el equipo eléctrico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Batería (si hay)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Series de la batería y el gateway, cableado y etiquetas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Área de trabajo despejada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Puesta en marcha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Voltaje de string o pantalla de monitoreo, todo produciendo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Perfil de red o ajuste de la compañía eléctrica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Sistema funcionando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Sitio y seguridad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Escalera amarrada, 3 pies por encima del borde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Sitio limpio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Plantilla gratis de fieldpix.org. FieldPix puede escribir esto por usted a partir de un recorrido en el sitio.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Fotos de la instalación solar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