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7791F"/>
          <w:sz w:val="18"/>
        </w:rPr>
        <w:t>FIELDPIX</w:t>
      </w:r>
    </w:p>
    <w:p>
      <w:pPr>
        <w:pStyle w:val="Heading1"/>
      </w:pPr>
      <w:r>
        <w:t>Informe de inspección de techo</w:t>
      </w:r>
    </w:p>
    <w:p>
      <w:r>
        <w:rPr>
          <w:color w:val="6B7280"/>
        </w:rPr>
        <w:t>fieldpix.org/es/techos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Propiedad</w:t>
            </w:r>
          </w:p>
        </w:tc>
        <w:tc>
          <w:tcPr>
            <w:tcW w:type="dxa" w:w="4320"/>
          </w:tcPr>
          <w:p>
            <w:r>
              <w:t>[dirección]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Cliente</w:t>
            </w:r>
          </w:p>
        </w:tc>
        <w:tc>
          <w:tcPr>
            <w:tcW w:type="dxa" w:w="4320"/>
          </w:tcPr>
          <w:p>
            <w:r>
              <w:t>[nombre y teléfono]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Inspector</w:t>
            </w:r>
          </w:p>
        </w:tc>
        <w:tc>
          <w:tcPr>
            <w:tcW w:type="dxa" w:w="4320"/>
          </w:tcPr>
          <w:p>
            <w:r>
              <w:t>[nombre, empresa, licencia si se requiere]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Fecha y condiciones</w:t>
            </w:r>
          </w:p>
        </w:tc>
        <w:tc>
          <w:tcPr>
            <w:tcW w:type="dxa" w:w="4320"/>
          </w:tcPr>
          <w:p>
            <w:r>
              <w:t>[clima en ese momento]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Acceso</w:t>
            </w:r>
          </w:p>
        </w:tc>
        <w:tc>
          <w:tcPr>
            <w:tcW w:type="dxa" w:w="4320"/>
          </w:tcPr>
          <w:p>
            <w:r>
              <w:t>[caminado, solo escalera, dron, desde el suelo]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No inspeccionado</w:t>
            </w:r>
          </w:p>
        </w:tc>
        <w:tc>
          <w:tcPr>
            <w:tcW w:type="dxa" w:w="4320"/>
          </w:tcPr>
          <w:p>
            <w:r>
              <w:t>[áreas a las que no llegó, y por qué]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Resumen del techo</w:t>
            </w:r>
          </w:p>
        </w:tc>
        <w:tc>
          <w:tcPr>
            <w:tcW w:type="dxa" w:w="4320"/>
          </w:tcPr>
          <w:p>
            <w:r>
              <w:t>[material, edad aproximada, capas, planos e inclinación]</w:t>
            </w:r>
          </w:p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Hallazgos</w:t>
            </w:r>
          </w:p>
        </w:tc>
        <w:tc>
          <w:tcPr>
            <w:tcW w:type="dxa" w:w="4320"/>
          </w:tcPr>
          <w:p>
            <w:r>
              <w:t>[# · dónde · qué · qué tan grave · qué hacer · números de foto]</w:t>
            </w:r>
          </w:p>
          <w:p/>
          <w:p/>
          <w:p/>
          <w:p/>
          <w:p/>
          <w:p/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Estado general</w:t>
            </w:r>
          </w:p>
        </w:tc>
        <w:tc>
          <w:tcPr>
            <w:tcW w:type="dxa" w:w="4320"/>
          </w:tcPr>
          <w:p>
            <w:r>
              <w:t>[bueno, regular o malo, plano por plano]</w:t>
            </w:r>
          </w:p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Recomendación</w:t>
            </w:r>
          </w:p>
        </w:tc>
        <w:tc>
          <w:tcPr>
            <w:tcW w:type="dxa" w:w="4320"/>
          </w:tcPr>
          <w:p>
            <w:r>
              <w:t>[reparar o reemplazar, y las dos o tres razones]</w:t>
            </w:r>
          </w:p>
          <w:p/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Próximos pasos</w:t>
            </w:r>
          </w:p>
        </w:tc>
        <w:tc>
          <w:tcPr>
            <w:tcW w:type="dxa" w:w="4320"/>
          </w:tcPr>
          <w:p>
            <w:r>
              <w:t>[presupuesto, fecha de seguimiento, qué debe hacer el propietario]</w:t>
            </w:r>
          </w:p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Firma</w:t>
            </w:r>
          </w:p>
        </w:tc>
        <w:tc>
          <w:tcPr>
            <w:tcW w:type="dxa" w:w="4320"/>
          </w:tcPr>
          <w:p>
            <w:r>
              <w:t>[inspector y fecha]</w:t>
            </w:r>
          </w:p>
        </w:tc>
      </w:tr>
    </w:tbl>
    <w:p>
      <w:pPr>
        <w:jc w:val="center"/>
      </w:pPr>
      <w:r>
        <w:rPr>
          <w:color w:val="6B7280"/>
          <w:sz w:val="16"/>
        </w:rPr>
        <w:t>Plantilla gratis de fieldpix.org. FieldPix puede escribir esto por usted a partir de un recorrido en el sitio.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inspección de techo</dc:title>
  <dc:subject/>
  <dc:creator>FieldPix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