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Lista de pendientes</w:t>
      </w:r>
    </w:p>
    <w:p>
      <w:r>
        <w:rPr>
          <w:color w:val="6B7280"/>
        </w:rPr>
        <w:t>fieldpix.org/es</w:t>
      </w:r>
    </w:p>
    <w:p>
      <w:r>
        <w:t>Trabajo / dirección: ______________________________</w:t>
      </w:r>
    </w:p>
    <w:p>
      <w:r>
        <w:t>Revisado el: ______________________________</w:t>
      </w:r>
    </w:p>
    <w:p>
      <w:r>
        <w:t>Con: ______________________________</w:t>
      </w:r>
    </w:p>
    <w:p>
      <w:r>
        <w:t>A cargo de: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rPr>
                <w:b/>
              </w:rPr>
              <w:t>#</w:t>
            </w:r>
          </w:p>
        </w:tc>
        <w:tc>
          <w:tcPr>
            <w:tcW w:type="dxa" w:w="1749"/>
          </w:tcPr>
          <w:p>
            <w:r>
              <w:rPr>
                <w:b/>
              </w:rPr>
              <w:t>Dónde</w:t>
            </w:r>
          </w:p>
        </w:tc>
        <w:tc>
          <w:tcPr>
            <w:tcW w:type="dxa" w:w="1749"/>
          </w:tcPr>
          <w:p>
            <w:r>
              <w:rPr>
                <w:b/>
              </w:rPr>
              <w:t>Qué está mal, y cómo debe quedar</w:t>
            </w:r>
          </w:p>
        </w:tc>
        <w:tc>
          <w:tcPr>
            <w:tcW w:type="dxa" w:w="1749"/>
          </w:tcPr>
          <w:p>
            <w:r>
              <w:rPr>
                <w:b/>
              </w:rPr>
              <w:t>Quién</w:t>
            </w:r>
          </w:p>
        </w:tc>
        <w:tc>
          <w:tcPr>
            <w:tcW w:type="dxa" w:w="1749"/>
          </w:tcPr>
          <w:p>
            <w:r>
              <w:rPr>
                <w:b/>
              </w:rPr>
              <w:t>Para cuándo</w:t>
            </w:r>
          </w:p>
        </w:tc>
        <w:tc>
          <w:tcPr>
            <w:tcW w:type="dxa" w:w="1749"/>
          </w:tcPr>
          <w:p>
            <w:r>
              <w:rPr>
                <w:b/>
              </w:rPr>
              <w:t>Hecho (fecha, iniciales)</w:t>
            </w:r>
          </w:p>
        </w:tc>
        <w:tc>
          <w:tcPr>
            <w:tcW w:type="dxa" w:w="1749"/>
          </w:tcPr>
          <w:p>
            <w:r>
              <w:rPr>
                <w:b/>
              </w:rPr>
              <w:t>Fotos</w:t>
            </w:r>
          </w:p>
        </w:tc>
      </w:tr>
      <w:tr>
        <w:tc>
          <w:tcPr>
            <w:tcW w:type="dxa" w:w="1749"/>
          </w:tcPr>
          <w:p>
            <w:r>
              <w:t>1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2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3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4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5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6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7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8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9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10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11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12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13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14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15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>
            <w:r>
              <w:t>16</w:t>
            </w:r>
          </w:p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pendientes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