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Visita al sitio solar: detallada</w:t>
      </w:r>
    </w:p>
    <w:p>
      <w:r>
        <w:rPr>
          <w:color w:val="6B7280"/>
        </w:rPr>
        <w:t>fieldpix.org/es/solar</w:t>
      </w:r>
    </w:p>
    <w:p>
      <w:r>
        <w:t>Trabajo / dirección: ______________________________</w:t>
      </w:r>
    </w:p>
    <w:p>
      <w:r>
        <w:t>Quién la hace: ______________________________</w:t>
      </w:r>
    </w:p>
    <w:p>
      <w:r>
        <w:t>Fecha: ______________________________</w:t>
      </w:r>
    </w:p>
    <w:p>
      <w:r>
        <w:t>Propietario: ______________________________</w:t>
      </w:r>
    </w:p>
    <w:p>
      <w:pPr>
        <w:pStyle w:val="Heading2"/>
      </w:pPr>
      <w:r>
        <w:t>Sitio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Respuesta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Frente de la casa con el número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Todos los lados de la casa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Entrada de autos y lugar para descargar el material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Daños exteriores existentes en la propiedad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¿Hay que podar árboles?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Notas del propietario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Techo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Respuesta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Cubierta del techo (material)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Edad aproximada del techo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Capas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Estado del techo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Cada plano del techo, de lejos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Inclinación de cada plano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Azimut de cada plano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¿Ventilaciones, tragaluces u obstáculos en el área de los paneles?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¿Hay espacio para retiros y pasillos contra incendios?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Ático y estructura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Respuesta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Acceso al ático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Vigas o cerchas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Tamaño de las vigas o cerchas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Separación de las vigas o cerchas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Estado de la cubierta (tablas)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¿Señales de filtraciones o daños por agua?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Sombra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Respuesta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Foto del horizonte desde cada plano del techo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¿Árboles o edificios que dan sombra al techo?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Notas sobre la sombra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Electricidad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Respuesta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Medidor, de cerca y de lejos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Número del medidor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Ubicación del panel de servicio principal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Panel principal, con la puerta cerrada y abierta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Marca y modelo del panel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Capacidad de la barra (busbar)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Tamaño del breaker principal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Tamaño del servicio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Espacios libres para breakers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Primeros planos de todos los breakers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Estado del cable de servicio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Electrodo o varilla de tierra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Posibles ubicaciones del inversor y la batería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Ruta del conducto del arreglo al panel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Cierre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Respuesta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Preguntas del propietario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Próximos pasos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Plantilla gratis de fieldpix.org. FieldPix puede escribir esto por usted a partir de un recorrido en el sitio.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Visita al sitio solar: detallada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