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Home inspection checklist</w:t>
      </w:r>
    </w:p>
    <w:p>
      <w:r>
        <w:rPr>
          <w:color w:val="6B7280"/>
        </w:rPr>
        <w:t>fieldpix.org/guides/home-inspection-checklist</w:t>
      </w:r>
    </w:p>
    <w:p>
      <w:r>
        <w:t>Property / address: ______________________________</w:t>
      </w:r>
    </w:p>
    <w:p>
      <w:r>
        <w:t>Inspector: ______________________________</w:t>
      </w:r>
    </w:p>
    <w:p>
      <w:r>
        <w:t>Date: ______________________________</w:t>
      </w:r>
    </w:p>
    <w:p>
      <w:r>
        <w:t>Client: ______________________________</w:t>
      </w:r>
    </w:p>
    <w:p>
      <w:pPr>
        <w:pStyle w:val="Heading2"/>
      </w:pPr>
      <w:r>
        <w:t>General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Front of home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Property type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Year built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Occupied at time of inspection?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Weather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People present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Exterior &amp; grounds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Grading slopes away from the foundation?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Driveway and walkways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Siding and exterior walls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Exterior walls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Decks, porches and steps secure?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Railings secure?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Exterior windows and doors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Trees and plants clear of the house?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Exterior notes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Roof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Roof covering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Roof covering condition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Approximate roof age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Flashing condition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Gutters and downspouts working?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Chimney condition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Signs of leaks?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Roof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Foundation &amp; structure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Foundation type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Visible cracks?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Signs of water intrusion?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Framing and structure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Foundation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Electrical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Service size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Main panel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Panel brand and type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Double-tapped breakers?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GFCI protection in wet areas?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Smoke detectors present and working?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Carbon monoxide detectors present?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Electrical overall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Plumbing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Water supply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Supply piping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Water pressure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Visible leaks?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Drains flow freely?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Water heater type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Water heater age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Relief valve and discharge pipe present?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Water heater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Heating &amp; cooling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Heating system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Heating works?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Cooling system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Cooling works?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Filter condition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Approximate system age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Heating and cooling equipment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Interior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Walls and ceilings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Floors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Windows open, close and lock?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Doors open and close?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Stairs and handrails secure?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Signs of moisture or staining?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Interior notes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Kitchen &amp; bathrooms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Range and oven work?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Dishwasher works?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Refrigerator works?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Disposal works?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Cabinets and counters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Bathroom fixtures work without leaks?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Toilets secure?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Bathroom exhaust fans work?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Kitchen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Attic &amp; insulation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Insulation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Insulation depth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Ventilation adequate?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Signs of pests?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Attic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Check</w:t>
            </w:r>
          </w:p>
        </w:tc>
        <w:tc>
          <w:tcPr>
            <w:tcW w:type="dxa" w:w="2160"/>
          </w:tcPr>
          <w:p>
            <w:r>
              <w:rPr>
                <w:b/>
              </w:rPr>
              <w:t>OK / Problem / N/A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Notes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Photo #</w:t>
            </w:r>
          </w:p>
        </w:tc>
      </w:tr>
      <w:tr>
        <w:tc>
          <w:tcPr>
            <w:tcW w:type="dxa" w:w="2160"/>
          </w:tcPr>
          <w:p>
            <w:r>
              <w:t>Overall condition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Major defects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Safety concerns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Recommended repairs</w:t>
            </w:r>
          </w:p>
        </w:tc>
        <w:tc>
          <w:tcPr>
            <w:tcW w:type="dxa" w:w="2160"/>
          </w:tcPr>
          <w:p>
            <w:r>
              <w:t>☐ OK  ☐ Problem  ☐ N/A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jc w:val="center"/>
      </w:pPr>
      <w:r>
        <w:rPr>
          <w:color w:val="6B7280"/>
          <w:sz w:val="16"/>
        </w:rPr>
        <w:t>Free template from fieldpix.org. FieldPix can write this for you from a walkthrough on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inspection checklist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