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Job site safety checklist</w:t>
      </w:r>
    </w:p>
    <w:p>
      <w:r>
        <w:rPr>
          <w:color w:val="6B7280"/>
        </w:rPr>
        <w:t>fieldpix.org/guides/job-site-safety-checklist</w:t>
      </w:r>
    </w:p>
    <w:p>
      <w:r>
        <w:t>Job / address: ______________________________</w:t>
      </w:r>
    </w:p>
    <w:p>
      <w:r>
        <w:t>Checked by: ______________________________</w:t>
      </w:r>
    </w:p>
    <w:p>
      <w:r>
        <w:t>Date: ______________________________</w:t>
      </w:r>
    </w:p>
    <w:p>
      <w:r>
        <w:t>Crew on site: ______________________________</w:t>
      </w:r>
    </w:p>
    <w:p>
      <w:pPr>
        <w:pStyle w:val="Heading2"/>
      </w:pPr>
      <w:r>
        <w:t>Start of the day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Crew told about today's work and hazards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First aid kit stocked; extinguisher charged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Nearest urgent care or hospital known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Weather checked: heat, wind, rain, lightning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Falls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Edges and openings protected at 6 feet and up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Harnesses, lanyards and anchors inspected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Holes and skylights covered or guarded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Ladders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On firm, level ground; right height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Extended 3 feet above the landing, tied off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Inspected; no damaged rails or rungs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Electrical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GFCI on temporary power and cords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Cords and tools undamaged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Overhead power lines identified and clear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Circuits locked out before work on them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Tools and protective gear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Guards in place on saws and grinders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Eye, hearing and hand protection in use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Hard hats where things can fall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Dust masks or respirators where needed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Housekeeping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Walkways and stairs clear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Debris into the dumpster or chute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Materials stacked and secured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Nails and scraps picked up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End of the day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Ladders down or secured; tools stored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Open roofs tarped; holes covered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Site closed to the public</w:t>
            </w:r>
          </w:p>
        </w:tc>
        <w:tc>
          <w:tcPr>
            <w:tcW w:type="dxa" w:w="2160"/>
          </w:tcPr>
          <w:p>
            <w:r>
              <w:t>☐ Yes  ☐ No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Free template from fieldpix.org. FieldPix can write this for you from a walkthrough on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site safety checklist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