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7791F"/>
          <w:sz w:val="18"/>
        </w:rPr>
        <w:t>FIELDPIX</w:t>
      </w:r>
    </w:p>
    <w:p>
      <w:pPr>
        <w:pStyle w:val="Heading1"/>
      </w:pPr>
      <w:r>
        <w:t>Punch list</w:t>
      </w:r>
    </w:p>
    <w:p>
      <w:r>
        <w:rPr>
          <w:color w:val="6B7280"/>
        </w:rPr>
        <w:t>fieldpix.org/guides/punch-list-template</w:t>
      </w:r>
    </w:p>
    <w:p>
      <w:r>
        <w:t>Job / address: ______________________________</w:t>
      </w:r>
    </w:p>
    <w:p>
      <w:r>
        <w:t>Walked on: ______________________________</w:t>
      </w:r>
    </w:p>
    <w:p>
      <w:r>
        <w:t>With: ______________________________</w:t>
      </w:r>
    </w:p>
    <w:p>
      <w:r>
        <w:t>Kept by: 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49"/>
        <w:gridCol w:w="1749"/>
        <w:gridCol w:w="1749"/>
        <w:gridCol w:w="1749"/>
        <w:gridCol w:w="1749"/>
        <w:gridCol w:w="1749"/>
        <w:gridCol w:w="1749"/>
      </w:tblGrid>
      <w:tr>
        <w:tc>
          <w:tcPr>
            <w:tcW w:type="dxa" w:w="1749"/>
          </w:tcPr>
          <w:p>
            <w:r>
              <w:rPr>
                <w:b/>
              </w:rPr>
              <w:t>#</w:t>
            </w:r>
          </w:p>
        </w:tc>
        <w:tc>
          <w:tcPr>
            <w:tcW w:type="dxa" w:w="1749"/>
          </w:tcPr>
          <w:p>
            <w:r>
              <w:rPr>
                <w:b/>
              </w:rPr>
              <w:t>Where</w:t>
            </w:r>
          </w:p>
        </w:tc>
        <w:tc>
          <w:tcPr>
            <w:tcW w:type="dxa" w:w="1749"/>
          </w:tcPr>
          <w:p>
            <w:r>
              <w:rPr>
                <w:b/>
              </w:rPr>
              <w:t>What is wrong, and what done looks like</w:t>
            </w:r>
          </w:p>
        </w:tc>
        <w:tc>
          <w:tcPr>
            <w:tcW w:type="dxa" w:w="1749"/>
          </w:tcPr>
          <w:p>
            <w:r>
              <w:rPr>
                <w:b/>
              </w:rPr>
              <w:t>Who</w:t>
            </w:r>
          </w:p>
        </w:tc>
        <w:tc>
          <w:tcPr>
            <w:tcW w:type="dxa" w:w="1749"/>
          </w:tcPr>
          <w:p>
            <w:r>
              <w:rPr>
                <w:b/>
              </w:rPr>
              <w:t>Due</w:t>
            </w:r>
          </w:p>
        </w:tc>
        <w:tc>
          <w:tcPr>
            <w:tcW w:type="dxa" w:w="1749"/>
          </w:tcPr>
          <w:p>
            <w:r>
              <w:rPr>
                <w:b/>
              </w:rPr>
              <w:t>Done (date, initials)</w:t>
            </w:r>
          </w:p>
        </w:tc>
        <w:tc>
          <w:tcPr>
            <w:tcW w:type="dxa" w:w="1749"/>
          </w:tcPr>
          <w:p>
            <w:r>
              <w:rPr>
                <w:b/>
              </w:rPr>
              <w:t>Photos</w:t>
            </w:r>
          </w:p>
        </w:tc>
      </w:tr>
      <w:tr>
        <w:tc>
          <w:tcPr>
            <w:tcW w:type="dxa" w:w="1749"/>
          </w:tcPr>
          <w:p>
            <w:r>
              <w:t>1</w:t>
            </w:r>
          </w:p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>
            <w:r>
              <w:t>2</w:t>
            </w:r>
          </w:p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>
            <w:r>
              <w:t>3</w:t>
            </w:r>
          </w:p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>
            <w:r>
              <w:t>4</w:t>
            </w:r>
          </w:p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>
            <w:r>
              <w:t>5</w:t>
            </w:r>
          </w:p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>
            <w:r>
              <w:t>6</w:t>
            </w:r>
          </w:p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>
            <w:r>
              <w:t>7</w:t>
            </w:r>
          </w:p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>
            <w:r>
              <w:t>8</w:t>
            </w:r>
          </w:p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>
            <w:r>
              <w:t>9</w:t>
            </w:r>
          </w:p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>
            <w:r>
              <w:t>10</w:t>
            </w:r>
          </w:p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>
            <w:r>
              <w:t>11</w:t>
            </w:r>
          </w:p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>
            <w:r>
              <w:t>12</w:t>
            </w:r>
          </w:p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>
            <w:r>
              <w:t>13</w:t>
            </w:r>
          </w:p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>
            <w:r>
              <w:t>14</w:t>
            </w:r>
          </w:p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>
            <w:r>
              <w:t>15</w:t>
            </w:r>
          </w:p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>
            <w:r>
              <w:t>16</w:t>
            </w:r>
          </w:p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</w:tbl>
    <w:p>
      <w:pPr>
        <w:jc w:val="center"/>
      </w:pPr>
      <w:r>
        <w:rPr>
          <w:color w:val="6B7280"/>
          <w:sz w:val="16"/>
        </w:rPr>
        <w:t>Free template from fieldpix.org. FieldPix can write this for you from a walkthrough on site.</w:t>
      </w:r>
    </w:p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Punch list</dc:title>
  <dc:subject/>
  <dc:creator>FieldPix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