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Renovation checklist</w:t>
      </w:r>
    </w:p>
    <w:p>
      <w:r>
        <w:rPr>
          <w:color w:val="6B7280"/>
        </w:rPr>
        <w:t>fieldpix.org/guides/renovation-checklist</w:t>
      </w:r>
    </w:p>
    <w:p>
      <w:r>
        <w:t>Job / address: ______________________________</w:t>
      </w:r>
    </w:p>
    <w:p>
      <w:r>
        <w:t>Homeowner: ______________________________</w:t>
      </w:r>
    </w:p>
    <w:p>
      <w:r>
        <w:t>Contractor: ______________________________</w:t>
      </w:r>
    </w:p>
    <w:p>
      <w:r>
        <w:t>Start date: ______________________________</w:t>
      </w:r>
    </w:p>
    <w:p>
      <w:pPr>
        <w:pStyle w:val="Heading2"/>
      </w:pPr>
      <w:r>
        <w:t>Plan and 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Done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Scope written room by room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Selections made: fixtures, tile, cabinets, counters, appliances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Lead times checked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Budget with a contingency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Drawings or plans if needed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Contract and paperwork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Done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Written contract with scope, price and dates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Payment schedule tied to milestones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Change order process agreed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License and insurance checked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Permits: who pulls them, which inspections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Lien waivers with payments, where used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Before work starts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Done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Photos of existing conditions, inside and out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Floor protection and dust walls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Working hours, parking, dumpster and materials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Crew bathroom, keys and codes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Water, gas and electrical shut-offs located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Lead-safe rules if built before 1978; asbestos tested if needed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Demolition and rough-in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Done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Surprises photographed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Changes signed before the extra work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Rough inspections passed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Pre-drywall walk done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Finishes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Done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Deliveries checked on arrival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Finishes match the selections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Finished surfaces protected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Close-out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Done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Punch list walked and agreed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Punch list complete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Final inspections passed, permits closed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Manuals, warranties and paint colors handed over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Final cleaning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Final payment and final lien waiver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After photos from the same spots as before</w:t>
            </w:r>
          </w:p>
        </w:tc>
        <w:tc>
          <w:tcPr>
            <w:tcW w:type="dxa" w:w="2160"/>
          </w:tcPr>
          <w:p>
            <w:r>
              <w:t>☐ Done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Renovation checklist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