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Site visit report</w:t>
      </w:r>
    </w:p>
    <w:p>
      <w:r>
        <w:rPr>
          <w:color w:val="6B7280"/>
        </w:rPr>
        <w:t>fieldpix.org/guides/site-visit-report-template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320"/>
          </w:tcPr>
          <w:p>
            <w:r>
              <w:t>[name and address]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Visited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Also there</w:t>
            </w:r>
          </w:p>
        </w:tc>
        <w:tc>
          <w:tcPr>
            <w:tcW w:type="dxa" w:w="4320"/>
          </w:tcPr>
          <w:p>
            <w:r>
              <w:t>[names and companies]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4320"/>
          </w:tcPr>
          <w:p>
            <w:r>
              <w:t>[first look, progress check, inspection, problem, handover]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Conditions</w:t>
            </w:r>
          </w:p>
        </w:tc>
        <w:tc>
          <w:tcPr>
            <w:tcW w:type="dxa" w:w="4320"/>
          </w:tcPr>
          <w:p>
            <w:r>
              <w:t>[weather, access, the state of the site]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What we saw, area by area</w:t>
            </w:r>
          </w:p>
        </w:tc>
        <w:tc>
          <w:tcPr>
            <w:tcW w:type="dxa" w:w="4320"/>
          </w:tcPr>
          <w:p>
            <w:r>
              <w:t>[area · what you saw · measurements · problems · photo numbers]</w:t>
            </w:r>
          </w:p>
          <w:p/>
          <w:p/>
          <w:p/>
          <w:p/>
          <w:p/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Decided on site</w:t>
            </w:r>
          </w:p>
        </w:tc>
        <w:tc>
          <w:tcPr>
            <w:tcW w:type="dxa" w:w="4320"/>
          </w:tcPr>
          <w:p>
            <w:r>
              <w:t>[what, and who decided]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Open questions</w:t>
            </w:r>
          </w:p>
        </w:tc>
        <w:tc>
          <w:tcPr>
            <w:tcW w:type="dxa" w:w="4320"/>
          </w:tcPr>
          <w:p>
            <w:r>
              <w:t>[what still needs an answer, from whom]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Follow-ups</w:t>
            </w:r>
          </w:p>
        </w:tc>
        <w:tc>
          <w:tcPr>
            <w:tcW w:type="dxa" w:w="4320"/>
          </w:tcPr>
          <w:p>
            <w:r>
              <w:t>[action · who · by when]</w:t>
            </w:r>
          </w:p>
          <w:p/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Next visit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visit report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