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Solar installation photos</w:t>
      </w:r>
    </w:p>
    <w:p>
      <w:r>
        <w:rPr>
          <w:color w:val="6B7280"/>
        </w:rPr>
        <w:t>fieldpix.org/guides/solar-installation-photo-checklist</w:t>
      </w:r>
    </w:p>
    <w:p>
      <w:r>
        <w:t>Job / address: ______________________________</w:t>
      </w:r>
    </w:p>
    <w:p>
      <w:r>
        <w:t>Installer: ______________________________</w:t>
      </w:r>
    </w:p>
    <w:p>
      <w:r>
        <w:t>Date: ______________________________</w:t>
      </w:r>
    </w:p>
    <w:p>
      <w:r>
        <w:t>System size: ______________________________</w:t>
      </w:r>
    </w:p>
    <w:p>
      <w:pPr>
        <w:pStyle w:val="Heading2"/>
      </w:pPr>
      <w:r>
        <w:t>Before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the house with the house number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Entire roof before work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Roof condition close-up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damage to the roof or property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Attachments and racking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Each attachment point, at each step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Racking on each array (arrays numbered)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Grounding and bonding path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End and mid clamps fully engaged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Wire management under each row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Finished array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Pull-back shot of each array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Pitch and azimuth with the tool in frame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height above the roof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Fire setbacks and pathways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Roof conduit on standoffs and its flashing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Labels and serials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Module label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Optimizer, microinverter or RSD label and serial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Device map or stringing map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Inverter or gateway serial number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Junction boxes, open and closed, with labels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conduit runs and sealed penetrations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AC disconnect, inside and out, labels and fuse size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Main service panel, inside and out, with labels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Utility meter with labels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Ground rod and water main bond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Pull-back of all electrical equipment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Battery (if any)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Battery and gateway serials, wiring and labels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Working area cleared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Commissioning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String voltage or monitoring screen, all devices producing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Grid profile or utility setting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System running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Site and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Ladder tied off, 3 feet above the edge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Site cleaned up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installation photos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